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D83AD" w14:textId="77777777" w:rsidR="0080053F" w:rsidRPr="004C3CAC" w:rsidRDefault="004C3CAC">
      <w:pPr>
        <w:jc w:val="center"/>
        <w:rPr>
          <w:lang w:val="it-IT"/>
        </w:rPr>
      </w:pPr>
      <w:r w:rsidRPr="004C3CAC">
        <w:rPr>
          <w:b/>
          <w:sz w:val="34"/>
          <w:lang w:val="it-IT"/>
        </w:rPr>
        <w:t>SEAB S.p.A.</w:t>
      </w:r>
      <w:r w:rsidRPr="004C3CAC">
        <w:rPr>
          <w:b/>
          <w:sz w:val="34"/>
          <w:lang w:val="it-IT"/>
        </w:rPr>
        <w:br/>
        <w:t>MODELLO PREVENTIVO E DOCUMENTAZIONE OPERATORE ECONOMICO</w:t>
      </w:r>
    </w:p>
    <w:p w14:paraId="41013E84" w14:textId="77777777" w:rsidR="0080053F" w:rsidRPr="004C3CAC" w:rsidRDefault="004C3CAC">
      <w:pPr>
        <w:jc w:val="center"/>
        <w:rPr>
          <w:lang w:val="it-IT"/>
        </w:rPr>
      </w:pPr>
      <w:r w:rsidRPr="004C3CAC">
        <w:rPr>
          <w:b/>
          <w:lang w:val="it-IT"/>
        </w:rPr>
        <w:t>Servizio di Supporto Sistemistico Specialistico, Supporto Emergenziale e Servizio Helpdesk IT di Primo Livello in Presenza</w:t>
      </w:r>
    </w:p>
    <w:p w14:paraId="67C83068" w14:textId="77777777" w:rsidR="0080053F" w:rsidRPr="004C3CAC" w:rsidRDefault="0080053F">
      <w:pPr>
        <w:rPr>
          <w:lang w:val="it-IT"/>
        </w:rPr>
      </w:pPr>
    </w:p>
    <w:p w14:paraId="05F5F98D" w14:textId="77777777" w:rsidR="0080053F" w:rsidRPr="004C3CAC" w:rsidRDefault="004C3CAC">
      <w:pPr>
        <w:rPr>
          <w:lang w:val="it-IT"/>
        </w:rPr>
      </w:pPr>
      <w:r w:rsidRPr="004C3CAC">
        <w:rPr>
          <w:b/>
          <w:sz w:val="26"/>
          <w:lang w:val="it-IT"/>
        </w:rPr>
        <w:t>1. DATI OPERATORE ECONOMICO</w:t>
      </w:r>
    </w:p>
    <w:p w14:paraId="48733BB0" w14:textId="77777777" w:rsidR="0080053F" w:rsidRPr="004C3CAC" w:rsidRDefault="004C3CAC">
      <w:pPr>
        <w:rPr>
          <w:lang w:val="it-IT"/>
        </w:rPr>
      </w:pPr>
      <w:r w:rsidRPr="004C3CAC">
        <w:rPr>
          <w:lang w:val="it-IT"/>
        </w:rPr>
        <w:t>Operatore Economico: ______________________________________________</w:t>
      </w:r>
    </w:p>
    <w:p w14:paraId="07C5A1E3" w14:textId="77777777" w:rsidR="0080053F" w:rsidRPr="004C3CAC" w:rsidRDefault="004C3CAC">
      <w:pPr>
        <w:rPr>
          <w:lang w:val="it-IT"/>
        </w:rPr>
      </w:pPr>
      <w:r w:rsidRPr="004C3CAC">
        <w:rPr>
          <w:lang w:val="it-IT"/>
        </w:rPr>
        <w:t>Sede Legale: ______________________________________________</w:t>
      </w:r>
    </w:p>
    <w:p w14:paraId="43E037DD" w14:textId="77777777" w:rsidR="0080053F" w:rsidRPr="004C3CAC" w:rsidRDefault="004C3CAC">
      <w:pPr>
        <w:rPr>
          <w:lang w:val="it-IT"/>
        </w:rPr>
      </w:pPr>
      <w:r w:rsidRPr="004C3CAC">
        <w:rPr>
          <w:lang w:val="it-IT"/>
        </w:rPr>
        <w:t>Sede Operativa Principale: ______________________________________________</w:t>
      </w:r>
    </w:p>
    <w:p w14:paraId="0BCBEE2F" w14:textId="77777777" w:rsidR="0080053F" w:rsidRPr="004C3CAC" w:rsidRDefault="004C3CAC">
      <w:pPr>
        <w:rPr>
          <w:lang w:val="it-IT"/>
        </w:rPr>
      </w:pPr>
      <w:r w:rsidRPr="004C3CAC">
        <w:rPr>
          <w:lang w:val="it-IT"/>
        </w:rPr>
        <w:t>Referente Commerciale: ______________________________________________</w:t>
      </w:r>
    </w:p>
    <w:p w14:paraId="297D2CD6" w14:textId="77777777" w:rsidR="0080053F" w:rsidRPr="004C3CAC" w:rsidRDefault="004C3CAC">
      <w:pPr>
        <w:rPr>
          <w:lang w:val="it-IT"/>
        </w:rPr>
      </w:pPr>
      <w:r w:rsidRPr="004C3CAC">
        <w:rPr>
          <w:lang w:val="it-IT"/>
        </w:rPr>
        <w:t>Referente Tecnico: ______________________________________________</w:t>
      </w:r>
    </w:p>
    <w:p w14:paraId="422DC437" w14:textId="77777777" w:rsidR="0080053F" w:rsidRPr="004C3CAC" w:rsidRDefault="004C3CAC">
      <w:pPr>
        <w:rPr>
          <w:lang w:val="it-IT"/>
        </w:rPr>
      </w:pPr>
      <w:r w:rsidRPr="004C3CAC">
        <w:rPr>
          <w:lang w:val="it-IT"/>
        </w:rPr>
        <w:t>Telefono: ______________________________________________</w:t>
      </w:r>
    </w:p>
    <w:p w14:paraId="70CD4DD7" w14:textId="77777777" w:rsidR="0080053F" w:rsidRDefault="004C3CAC">
      <w:r>
        <w:t>E-mail: ______________________________________________</w:t>
      </w:r>
    </w:p>
    <w:p w14:paraId="0F302579" w14:textId="77777777" w:rsidR="0080053F" w:rsidRDefault="004C3CAC">
      <w:r>
        <w:t>Data: ______________________________________________</w:t>
      </w:r>
    </w:p>
    <w:p w14:paraId="451A49E1" w14:textId="77777777" w:rsidR="0080053F" w:rsidRDefault="004C3CAC">
      <w:r>
        <w:rPr>
          <w:b/>
          <w:sz w:val="26"/>
        </w:rPr>
        <w:t>2. DOCUMENTAZIONE ALLEGATA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4212"/>
        <w:gridCol w:w="1317"/>
      </w:tblGrid>
      <w:tr w:rsidR="0080053F" w14:paraId="0FEABD19" w14:textId="77777777" w:rsidTr="008F3ED3">
        <w:tc>
          <w:tcPr>
            <w:tcW w:w="4212" w:type="dxa"/>
          </w:tcPr>
          <w:p w14:paraId="1C911C0D" w14:textId="77777777" w:rsidR="0080053F" w:rsidRDefault="004C3CAC">
            <w:proofErr w:type="spellStart"/>
            <w:r>
              <w:t>Documento</w:t>
            </w:r>
            <w:proofErr w:type="spellEnd"/>
          </w:p>
        </w:tc>
        <w:tc>
          <w:tcPr>
            <w:tcW w:w="1317" w:type="dxa"/>
          </w:tcPr>
          <w:p w14:paraId="05EDD400" w14:textId="77777777" w:rsidR="0080053F" w:rsidRDefault="004C3CAC">
            <w:r>
              <w:t>Presente</w:t>
            </w:r>
          </w:p>
        </w:tc>
      </w:tr>
      <w:tr w:rsidR="0080053F" w14:paraId="6E03A030" w14:textId="77777777" w:rsidTr="008F3ED3">
        <w:tc>
          <w:tcPr>
            <w:tcW w:w="4212" w:type="dxa"/>
          </w:tcPr>
          <w:p w14:paraId="3B652B4B" w14:textId="77777777" w:rsidR="0080053F" w:rsidRDefault="004C3CAC">
            <w:r>
              <w:t>Presentazione aziendale</w:t>
            </w:r>
          </w:p>
        </w:tc>
        <w:tc>
          <w:tcPr>
            <w:tcW w:w="1317" w:type="dxa"/>
          </w:tcPr>
          <w:p w14:paraId="333AB377" w14:textId="77777777" w:rsidR="0080053F" w:rsidRDefault="004C3CAC">
            <w:r>
              <w:t>SI / NO</w:t>
            </w:r>
          </w:p>
        </w:tc>
      </w:tr>
      <w:tr w:rsidR="0080053F" w14:paraId="084E1E7D" w14:textId="77777777" w:rsidTr="008F3ED3">
        <w:tc>
          <w:tcPr>
            <w:tcW w:w="4212" w:type="dxa"/>
          </w:tcPr>
          <w:p w14:paraId="1C2547FA" w14:textId="77777777" w:rsidR="0080053F" w:rsidRDefault="004C3CAC">
            <w:r>
              <w:t>Preventivo economico</w:t>
            </w:r>
          </w:p>
        </w:tc>
        <w:tc>
          <w:tcPr>
            <w:tcW w:w="1317" w:type="dxa"/>
          </w:tcPr>
          <w:p w14:paraId="5D470315" w14:textId="77777777" w:rsidR="0080053F" w:rsidRDefault="004C3CAC">
            <w:r>
              <w:t>SI / NO</w:t>
            </w:r>
          </w:p>
        </w:tc>
      </w:tr>
      <w:tr w:rsidR="0080053F" w14:paraId="070EF1A5" w14:textId="77777777" w:rsidTr="008F3ED3">
        <w:tc>
          <w:tcPr>
            <w:tcW w:w="4212" w:type="dxa"/>
          </w:tcPr>
          <w:p w14:paraId="37F45D6E" w14:textId="77777777" w:rsidR="0080053F" w:rsidRDefault="004C3CAC">
            <w:r>
              <w:t>Scheda competenze tecnologiche</w:t>
            </w:r>
          </w:p>
        </w:tc>
        <w:tc>
          <w:tcPr>
            <w:tcW w:w="1317" w:type="dxa"/>
          </w:tcPr>
          <w:p w14:paraId="34B10B65" w14:textId="77777777" w:rsidR="0080053F" w:rsidRDefault="004C3CAC">
            <w:r>
              <w:t>SI / NO</w:t>
            </w:r>
          </w:p>
        </w:tc>
      </w:tr>
      <w:tr w:rsidR="0080053F" w14:paraId="2BB90A7E" w14:textId="77777777" w:rsidTr="008F3ED3">
        <w:tc>
          <w:tcPr>
            <w:tcW w:w="4212" w:type="dxa"/>
          </w:tcPr>
          <w:p w14:paraId="6358F326" w14:textId="77777777" w:rsidR="0080053F" w:rsidRDefault="004C3CAC">
            <w:r>
              <w:t>Certificazioni aziendali</w:t>
            </w:r>
          </w:p>
        </w:tc>
        <w:tc>
          <w:tcPr>
            <w:tcW w:w="1317" w:type="dxa"/>
          </w:tcPr>
          <w:p w14:paraId="6674D916" w14:textId="77777777" w:rsidR="0080053F" w:rsidRDefault="004C3CAC">
            <w:r>
              <w:t>SI / NO</w:t>
            </w:r>
          </w:p>
        </w:tc>
      </w:tr>
      <w:tr w:rsidR="0080053F" w14:paraId="1F9D044A" w14:textId="77777777" w:rsidTr="008F3ED3">
        <w:tc>
          <w:tcPr>
            <w:tcW w:w="4212" w:type="dxa"/>
          </w:tcPr>
          <w:p w14:paraId="74D45405" w14:textId="77777777" w:rsidR="0080053F" w:rsidRDefault="004C3CAC">
            <w:r>
              <w:t>Certificazioni personale tecnico</w:t>
            </w:r>
          </w:p>
        </w:tc>
        <w:tc>
          <w:tcPr>
            <w:tcW w:w="1317" w:type="dxa"/>
          </w:tcPr>
          <w:p w14:paraId="10A83244" w14:textId="77777777" w:rsidR="0080053F" w:rsidRDefault="004C3CAC">
            <w:r>
              <w:t>SI / NO</w:t>
            </w:r>
          </w:p>
        </w:tc>
      </w:tr>
      <w:tr w:rsidR="0080053F" w14:paraId="4BE317BC" w14:textId="77777777" w:rsidTr="008F3ED3">
        <w:tc>
          <w:tcPr>
            <w:tcW w:w="4212" w:type="dxa"/>
          </w:tcPr>
          <w:p w14:paraId="65BA5D74" w14:textId="77777777" w:rsidR="0080053F" w:rsidRDefault="004C3CAC">
            <w:r>
              <w:t>Elenco esperienze pregresse</w:t>
            </w:r>
          </w:p>
        </w:tc>
        <w:tc>
          <w:tcPr>
            <w:tcW w:w="1317" w:type="dxa"/>
          </w:tcPr>
          <w:p w14:paraId="39A00B6D" w14:textId="77777777" w:rsidR="0080053F" w:rsidRDefault="004C3CAC">
            <w:r>
              <w:t>SI / NO</w:t>
            </w:r>
          </w:p>
        </w:tc>
      </w:tr>
      <w:tr w:rsidR="0080053F" w14:paraId="6CE1B659" w14:textId="77777777" w:rsidTr="008F3ED3">
        <w:tc>
          <w:tcPr>
            <w:tcW w:w="4212" w:type="dxa"/>
          </w:tcPr>
          <w:p w14:paraId="6212578B" w14:textId="1BC17499" w:rsidR="0080053F" w:rsidRDefault="0080053F"/>
        </w:tc>
        <w:tc>
          <w:tcPr>
            <w:tcW w:w="1317" w:type="dxa"/>
          </w:tcPr>
          <w:p w14:paraId="74B55DF0" w14:textId="027D4B61" w:rsidR="0080053F" w:rsidRDefault="0080053F"/>
        </w:tc>
      </w:tr>
      <w:tr w:rsidR="0080053F" w14:paraId="4BA76C25" w14:textId="77777777" w:rsidTr="008F3ED3">
        <w:tc>
          <w:tcPr>
            <w:tcW w:w="4212" w:type="dxa"/>
          </w:tcPr>
          <w:p w14:paraId="2A1D5F68" w14:textId="30F82BCD" w:rsidR="0080053F" w:rsidRDefault="0080053F"/>
        </w:tc>
        <w:tc>
          <w:tcPr>
            <w:tcW w:w="1317" w:type="dxa"/>
          </w:tcPr>
          <w:p w14:paraId="43E1E1FC" w14:textId="09FFAF63" w:rsidR="0080053F" w:rsidRDefault="0080053F"/>
        </w:tc>
      </w:tr>
      <w:tr w:rsidR="0080053F" w14:paraId="404E97BD" w14:textId="77777777" w:rsidTr="008F3ED3">
        <w:tc>
          <w:tcPr>
            <w:tcW w:w="4212" w:type="dxa"/>
          </w:tcPr>
          <w:p w14:paraId="70EC9AFC" w14:textId="31541A2F" w:rsidR="0080053F" w:rsidRDefault="0080053F"/>
        </w:tc>
        <w:tc>
          <w:tcPr>
            <w:tcW w:w="1317" w:type="dxa"/>
          </w:tcPr>
          <w:p w14:paraId="4002A3B1" w14:textId="3BB53236" w:rsidR="0080053F" w:rsidRDefault="0080053F"/>
        </w:tc>
      </w:tr>
    </w:tbl>
    <w:p w14:paraId="222010B8" w14:textId="77777777" w:rsidR="0080053F" w:rsidRDefault="004C3CAC">
      <w:r>
        <w:rPr>
          <w:b/>
          <w:sz w:val="26"/>
        </w:rPr>
        <w:t>3. PRESENTAZIONE AZIENDALE SINTETICA</w:t>
      </w:r>
    </w:p>
    <w:p w14:paraId="432E1B44" w14:textId="77777777" w:rsidR="0080053F" w:rsidRPr="004C3CAC" w:rsidRDefault="004C3CAC">
      <w:pPr>
        <w:rPr>
          <w:lang w:val="it-IT"/>
        </w:rPr>
      </w:pPr>
      <w:r w:rsidRPr="004C3CAC">
        <w:rPr>
          <w:lang w:val="it-IT"/>
        </w:rPr>
        <w:t>Descrizione sintetica dell’operatore economico, della struttura organizzativa, del modello operativo e delle eventuali partnership tecnologiche.</w:t>
      </w:r>
    </w:p>
    <w:p w14:paraId="7EEA954B" w14:textId="1C358659" w:rsidR="004C3CAC" w:rsidRPr="004C3CAC" w:rsidRDefault="00540B4F" w:rsidP="00540B4F">
      <w:pPr>
        <w:rPr>
          <w:lang w:val="it-IT"/>
        </w:rPr>
      </w:pPr>
      <w:r w:rsidRPr="004C3CAC">
        <w:rPr>
          <w:lang w:val="it-IT"/>
        </w:rPr>
        <w:t>___________________________________________________________</w:t>
      </w:r>
      <w:r>
        <w:rPr>
          <w:lang w:val="it-IT"/>
        </w:rPr>
        <w:t>_________________________</w:t>
      </w:r>
      <w:r w:rsidRPr="004C3CAC">
        <w:rPr>
          <w:lang w:val="it-IT"/>
        </w:rPr>
        <w:t>____________________________________________________________</w:t>
      </w:r>
      <w:r>
        <w:rPr>
          <w:lang w:val="it-IT"/>
        </w:rPr>
        <w:t>_________________________</w:t>
      </w:r>
      <w:r w:rsidRPr="004C3CAC">
        <w:rPr>
          <w:lang w:val="it-IT"/>
        </w:rPr>
        <w:t>____________________________________________________________</w:t>
      </w:r>
      <w:r>
        <w:rPr>
          <w:lang w:val="it-IT"/>
        </w:rPr>
        <w:t>_________________________</w:t>
      </w:r>
      <w:r w:rsidRPr="004C3CAC">
        <w:rPr>
          <w:lang w:val="it-IT"/>
        </w:rPr>
        <w:t>___________________</w:t>
      </w:r>
      <w:r w:rsidRPr="004C3CAC">
        <w:rPr>
          <w:lang w:val="it-IT"/>
        </w:rPr>
        <w:lastRenderedPageBreak/>
        <w:t>_________________________________________</w:t>
      </w:r>
      <w:r>
        <w:rPr>
          <w:lang w:val="it-IT"/>
        </w:rPr>
        <w:t>_________________________</w:t>
      </w:r>
      <w:r w:rsidRPr="004C3CAC">
        <w:rPr>
          <w:lang w:val="it-IT"/>
        </w:rPr>
        <w:t>____________________________________________________________</w:t>
      </w:r>
      <w:r>
        <w:rPr>
          <w:lang w:val="it-IT"/>
        </w:rPr>
        <w:t>_________________________</w:t>
      </w:r>
      <w:r w:rsidRPr="004C3CAC">
        <w:rPr>
          <w:lang w:val="it-IT"/>
        </w:rPr>
        <w:t>____________________________________________________________</w:t>
      </w:r>
      <w:r>
        <w:rPr>
          <w:lang w:val="it-IT"/>
        </w:rPr>
        <w:t>_________________________</w:t>
      </w:r>
      <w:r w:rsidRPr="004C3CAC">
        <w:rPr>
          <w:lang w:val="it-IT"/>
        </w:rPr>
        <w:t>____________________________________________________________</w:t>
      </w:r>
      <w:r>
        <w:rPr>
          <w:lang w:val="it-IT"/>
        </w:rPr>
        <w:t>_________________________</w:t>
      </w:r>
      <w:r w:rsidRPr="004C3CAC">
        <w:rPr>
          <w:lang w:val="it-IT"/>
        </w:rPr>
        <w:t>____________________________________________________________</w:t>
      </w:r>
      <w:r>
        <w:rPr>
          <w:lang w:val="it-IT"/>
        </w:rPr>
        <w:t>_________________________</w:t>
      </w:r>
      <w:r w:rsidRPr="004C3CAC">
        <w:rPr>
          <w:lang w:val="it-IT"/>
        </w:rPr>
        <w:t>____________________________________________________________</w:t>
      </w:r>
      <w:r>
        <w:rPr>
          <w:lang w:val="it-IT"/>
        </w:rPr>
        <w:t>_________________________</w:t>
      </w:r>
      <w:r w:rsidRPr="004C3CAC">
        <w:rPr>
          <w:lang w:val="it-IT"/>
        </w:rPr>
        <w:t>_______________________________________________________</w:t>
      </w:r>
    </w:p>
    <w:p w14:paraId="59696072" w14:textId="77777777" w:rsidR="0080053F" w:rsidRDefault="004C3CAC">
      <w:pPr>
        <w:rPr>
          <w:b/>
          <w:sz w:val="26"/>
          <w:lang w:val="it-IT"/>
        </w:rPr>
      </w:pPr>
      <w:r w:rsidRPr="004C3CAC">
        <w:rPr>
          <w:b/>
          <w:sz w:val="26"/>
          <w:lang w:val="it-IT"/>
        </w:rPr>
        <w:t>4. PREVENTIVO ECONOMICO</w:t>
      </w:r>
    </w:p>
    <w:p w14:paraId="5356AB8F" w14:textId="1DF14729" w:rsidR="009F535B" w:rsidRDefault="009F535B">
      <w:pPr>
        <w:rPr>
          <w:b/>
          <w:sz w:val="26"/>
          <w:lang w:val="it-IT"/>
        </w:rPr>
      </w:pPr>
      <w:proofErr w:type="spellStart"/>
      <w:r>
        <w:rPr>
          <w:b/>
          <w:sz w:val="26"/>
          <w:lang w:val="it-IT"/>
        </w:rPr>
        <w:t>Assestment</w:t>
      </w:r>
      <w:proofErr w:type="spellEnd"/>
      <w:r>
        <w:rPr>
          <w:b/>
          <w:sz w:val="26"/>
          <w:lang w:val="it-IT"/>
        </w:rPr>
        <w:t xml:space="preserve"> Iniziale 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4212"/>
        <w:gridCol w:w="4435"/>
      </w:tblGrid>
      <w:tr w:rsidR="009F535B" w14:paraId="47F5D147" w14:textId="77777777" w:rsidTr="00BC1343">
        <w:tc>
          <w:tcPr>
            <w:tcW w:w="4212" w:type="dxa"/>
          </w:tcPr>
          <w:p w14:paraId="2D2FC790" w14:textId="77777777" w:rsidR="009F535B" w:rsidRDefault="009F535B" w:rsidP="00BC1343">
            <w:r>
              <w:t>Voce</w:t>
            </w:r>
          </w:p>
        </w:tc>
        <w:tc>
          <w:tcPr>
            <w:tcW w:w="4435" w:type="dxa"/>
          </w:tcPr>
          <w:p w14:paraId="1D079BEF" w14:textId="77777777" w:rsidR="009F535B" w:rsidRDefault="009F535B" w:rsidP="00BC1343">
            <w:proofErr w:type="spellStart"/>
            <w:r>
              <w:t>Importo</w:t>
            </w:r>
            <w:proofErr w:type="spellEnd"/>
          </w:p>
        </w:tc>
      </w:tr>
      <w:tr w:rsidR="009F535B" w14:paraId="36790EA1" w14:textId="77777777" w:rsidTr="00BC1343">
        <w:tc>
          <w:tcPr>
            <w:tcW w:w="4212" w:type="dxa"/>
          </w:tcPr>
          <w:p w14:paraId="3C6A6623" w14:textId="1DF7B1BF" w:rsidR="009F535B" w:rsidRPr="004C3CAC" w:rsidRDefault="009F535B" w:rsidP="00BC1343">
            <w:pPr>
              <w:rPr>
                <w:lang w:val="it-IT"/>
              </w:rPr>
            </w:pPr>
            <w:r>
              <w:rPr>
                <w:lang w:val="it-IT"/>
              </w:rPr>
              <w:t>Attività assesment e creazione registro fornitori</w:t>
            </w:r>
          </w:p>
        </w:tc>
        <w:tc>
          <w:tcPr>
            <w:tcW w:w="4435" w:type="dxa"/>
          </w:tcPr>
          <w:p w14:paraId="58DD2248" w14:textId="77777777" w:rsidR="009F535B" w:rsidRDefault="009F535B" w:rsidP="00BC1343">
            <w:r>
              <w:t>€ __________</w:t>
            </w:r>
          </w:p>
        </w:tc>
      </w:tr>
    </w:tbl>
    <w:p w14:paraId="5435C0BC" w14:textId="77777777" w:rsidR="009F535B" w:rsidRPr="004C3CAC" w:rsidRDefault="009F535B">
      <w:pPr>
        <w:rPr>
          <w:lang w:val="it-IT"/>
        </w:rPr>
      </w:pPr>
    </w:p>
    <w:p w14:paraId="3AA5E50F" w14:textId="77777777" w:rsidR="0080053F" w:rsidRPr="004C3CAC" w:rsidRDefault="004C3CAC">
      <w:pPr>
        <w:rPr>
          <w:lang w:val="it-IT"/>
        </w:rPr>
      </w:pPr>
      <w:r w:rsidRPr="004C3CAC">
        <w:rPr>
          <w:b/>
          <w:lang w:val="it-IT"/>
        </w:rPr>
        <w:t>A. Supporto Sistemistico Specialistico – a consumo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4212"/>
        <w:gridCol w:w="4435"/>
      </w:tblGrid>
      <w:tr w:rsidR="0080053F" w14:paraId="23A73AE0" w14:textId="77777777" w:rsidTr="004C3CAC">
        <w:tc>
          <w:tcPr>
            <w:tcW w:w="4212" w:type="dxa"/>
          </w:tcPr>
          <w:p w14:paraId="09513CA8" w14:textId="77777777" w:rsidR="0080053F" w:rsidRDefault="004C3CAC">
            <w:r>
              <w:t>Voce</w:t>
            </w:r>
          </w:p>
        </w:tc>
        <w:tc>
          <w:tcPr>
            <w:tcW w:w="4435" w:type="dxa"/>
          </w:tcPr>
          <w:p w14:paraId="0C90A218" w14:textId="77777777" w:rsidR="0080053F" w:rsidRDefault="004C3CAC">
            <w:r>
              <w:t>Importo</w:t>
            </w:r>
          </w:p>
        </w:tc>
      </w:tr>
      <w:tr w:rsidR="0080053F" w14:paraId="7FC48289" w14:textId="77777777" w:rsidTr="004C3CAC">
        <w:tc>
          <w:tcPr>
            <w:tcW w:w="4212" w:type="dxa"/>
          </w:tcPr>
          <w:p w14:paraId="618A7A24" w14:textId="77777777" w:rsidR="0080053F" w:rsidRPr="004C3CAC" w:rsidRDefault="004C3CAC">
            <w:pPr>
              <w:rPr>
                <w:lang w:val="it-IT"/>
              </w:rPr>
            </w:pPr>
            <w:r w:rsidRPr="004C3CAC">
              <w:rPr>
                <w:lang w:val="it-IT"/>
              </w:rPr>
              <w:t>Canone mensile comprensivo di 16 ore incluse</w:t>
            </w:r>
          </w:p>
        </w:tc>
        <w:tc>
          <w:tcPr>
            <w:tcW w:w="4435" w:type="dxa"/>
          </w:tcPr>
          <w:p w14:paraId="187C9DF5" w14:textId="77777777" w:rsidR="0080053F" w:rsidRDefault="004C3CAC">
            <w:r>
              <w:t>€ __________</w:t>
            </w:r>
          </w:p>
        </w:tc>
      </w:tr>
      <w:tr w:rsidR="0080053F" w14:paraId="588A6DA1" w14:textId="77777777" w:rsidTr="004C3CAC">
        <w:tc>
          <w:tcPr>
            <w:tcW w:w="4212" w:type="dxa"/>
          </w:tcPr>
          <w:p w14:paraId="30D0CD5D" w14:textId="702E1E36" w:rsidR="0080053F" w:rsidRPr="004C3CAC" w:rsidRDefault="004C3CAC">
            <w:pPr>
              <w:rPr>
                <w:lang w:val="it-IT"/>
              </w:rPr>
            </w:pPr>
            <w:r w:rsidRPr="004C3CAC">
              <w:rPr>
                <w:lang w:val="it-IT"/>
              </w:rPr>
              <w:t>Tariffa oraria supporto 1.livello (</w:t>
            </w:r>
            <w:r>
              <w:rPr>
                <w:lang w:val="it-IT"/>
              </w:rPr>
              <w:t>per attività aggiuntiva ed escalation su altro personale)</w:t>
            </w:r>
          </w:p>
        </w:tc>
        <w:tc>
          <w:tcPr>
            <w:tcW w:w="4435" w:type="dxa"/>
          </w:tcPr>
          <w:p w14:paraId="55632B8C" w14:textId="77777777" w:rsidR="0080053F" w:rsidRDefault="004C3CAC">
            <w:r>
              <w:t>€ __________</w:t>
            </w:r>
          </w:p>
        </w:tc>
      </w:tr>
      <w:tr w:rsidR="0080053F" w14:paraId="70A8F5AB" w14:textId="77777777" w:rsidTr="004C3CAC">
        <w:tc>
          <w:tcPr>
            <w:tcW w:w="4212" w:type="dxa"/>
          </w:tcPr>
          <w:p w14:paraId="519C962D" w14:textId="404E015F" w:rsidR="0080053F" w:rsidRPr="004C3CAC" w:rsidRDefault="004C3CAC">
            <w:pPr>
              <w:rPr>
                <w:lang w:val="it-IT"/>
              </w:rPr>
            </w:pPr>
            <w:r w:rsidRPr="004C3CAC">
              <w:rPr>
                <w:lang w:val="it-IT"/>
              </w:rPr>
              <w:t xml:space="preserve">Tariffa oraria supporto </w:t>
            </w:r>
            <w:r>
              <w:rPr>
                <w:lang w:val="it-IT"/>
              </w:rPr>
              <w:t>2. livello</w:t>
            </w:r>
          </w:p>
        </w:tc>
        <w:tc>
          <w:tcPr>
            <w:tcW w:w="4435" w:type="dxa"/>
          </w:tcPr>
          <w:p w14:paraId="7F3A0A45" w14:textId="77777777" w:rsidR="0080053F" w:rsidRDefault="004C3CAC">
            <w:r>
              <w:t>€ __________</w:t>
            </w:r>
          </w:p>
        </w:tc>
      </w:tr>
      <w:tr w:rsidR="0080053F" w14:paraId="2ED782D9" w14:textId="77777777" w:rsidTr="004C3CAC">
        <w:tc>
          <w:tcPr>
            <w:tcW w:w="4212" w:type="dxa"/>
          </w:tcPr>
          <w:p w14:paraId="0D1CEB6A" w14:textId="30F11D1D" w:rsidR="0080053F" w:rsidRPr="004C3CAC" w:rsidRDefault="004C3CAC">
            <w:pPr>
              <w:rPr>
                <w:lang w:val="it-IT"/>
              </w:rPr>
            </w:pPr>
            <w:r w:rsidRPr="004C3CAC">
              <w:rPr>
                <w:lang w:val="it-IT"/>
              </w:rPr>
              <w:t>Tariffa oraria festiva/notturna (fu</w:t>
            </w:r>
            <w:r>
              <w:rPr>
                <w:lang w:val="it-IT"/>
              </w:rPr>
              <w:t>ori orari standard/emergenza)</w:t>
            </w:r>
          </w:p>
        </w:tc>
        <w:tc>
          <w:tcPr>
            <w:tcW w:w="4435" w:type="dxa"/>
          </w:tcPr>
          <w:p w14:paraId="298001F3" w14:textId="77777777" w:rsidR="0080053F" w:rsidRDefault="004C3CAC">
            <w:r>
              <w:t>€ __________</w:t>
            </w:r>
          </w:p>
        </w:tc>
      </w:tr>
      <w:tr w:rsidR="004C3CAC" w14:paraId="04EF611A" w14:textId="77777777" w:rsidTr="004C3CAC">
        <w:tc>
          <w:tcPr>
            <w:tcW w:w="4212" w:type="dxa"/>
          </w:tcPr>
          <w:p w14:paraId="259CB8BA" w14:textId="5F3DFD6D" w:rsidR="004C3CAC" w:rsidRPr="004C3CAC" w:rsidRDefault="004C3CAC">
            <w:pPr>
              <w:rPr>
                <w:lang w:val="it-IT"/>
              </w:rPr>
            </w:pPr>
            <w:r>
              <w:rPr>
                <w:lang w:val="it-IT"/>
              </w:rPr>
              <w:t>Costo uscita tecnico specialista (A/R e tutti i costi accessori inclusi)</w:t>
            </w:r>
          </w:p>
        </w:tc>
        <w:tc>
          <w:tcPr>
            <w:tcW w:w="4435" w:type="dxa"/>
          </w:tcPr>
          <w:p w14:paraId="08677B3C" w14:textId="5F5F6301" w:rsidR="004C3CAC" w:rsidRDefault="004C3CAC">
            <w:r>
              <w:t>€ __________</w:t>
            </w:r>
          </w:p>
        </w:tc>
      </w:tr>
    </w:tbl>
    <w:p w14:paraId="67EC0D01" w14:textId="77777777" w:rsidR="008F3ED3" w:rsidRDefault="008F3ED3">
      <w:pPr>
        <w:rPr>
          <w:b/>
        </w:rPr>
      </w:pPr>
    </w:p>
    <w:p w14:paraId="563EC154" w14:textId="20FEBED7" w:rsidR="0080053F" w:rsidRDefault="004C3CAC">
      <w:r>
        <w:rPr>
          <w:b/>
        </w:rPr>
        <w:t>B. Servizio Body Rental Operativo IT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4212"/>
        <w:gridCol w:w="4435"/>
      </w:tblGrid>
      <w:tr w:rsidR="0080053F" w14:paraId="71EEADD6" w14:textId="77777777" w:rsidTr="008F3ED3">
        <w:tc>
          <w:tcPr>
            <w:tcW w:w="4212" w:type="dxa"/>
          </w:tcPr>
          <w:p w14:paraId="408B906D" w14:textId="77777777" w:rsidR="0080053F" w:rsidRDefault="004C3CAC">
            <w:r>
              <w:t>Voce</w:t>
            </w:r>
          </w:p>
        </w:tc>
        <w:tc>
          <w:tcPr>
            <w:tcW w:w="4435" w:type="dxa"/>
          </w:tcPr>
          <w:p w14:paraId="4530886E" w14:textId="77777777" w:rsidR="0080053F" w:rsidRDefault="004C3CAC">
            <w:r>
              <w:t>Importo</w:t>
            </w:r>
          </w:p>
        </w:tc>
      </w:tr>
      <w:tr w:rsidR="0080053F" w14:paraId="619A3D5C" w14:textId="77777777" w:rsidTr="008F3ED3">
        <w:tc>
          <w:tcPr>
            <w:tcW w:w="4212" w:type="dxa"/>
          </w:tcPr>
          <w:p w14:paraId="6C8FEEB0" w14:textId="77777777" w:rsidR="0080053F" w:rsidRPr="004C3CAC" w:rsidRDefault="004C3CAC">
            <w:pPr>
              <w:rPr>
                <w:lang w:val="it-IT"/>
              </w:rPr>
            </w:pPr>
            <w:r w:rsidRPr="004C3CAC">
              <w:rPr>
                <w:lang w:val="it-IT"/>
              </w:rPr>
              <w:t>Canone mensile servizio body rental</w:t>
            </w:r>
          </w:p>
        </w:tc>
        <w:tc>
          <w:tcPr>
            <w:tcW w:w="4435" w:type="dxa"/>
          </w:tcPr>
          <w:p w14:paraId="68C4D131" w14:textId="77777777" w:rsidR="0080053F" w:rsidRDefault="004C3CAC">
            <w:r>
              <w:t>€ __________</w:t>
            </w:r>
          </w:p>
        </w:tc>
      </w:tr>
    </w:tbl>
    <w:p w14:paraId="75971BD2" w14:textId="77777777" w:rsidR="0080053F" w:rsidRDefault="004C3CAC">
      <w:r>
        <w:rPr>
          <w:b/>
        </w:rPr>
        <w:t>C. Supervisione Backup Aziendale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4212"/>
        <w:gridCol w:w="4435"/>
      </w:tblGrid>
      <w:tr w:rsidR="0080053F" w14:paraId="421726A5" w14:textId="77777777" w:rsidTr="008F3ED3">
        <w:tc>
          <w:tcPr>
            <w:tcW w:w="4212" w:type="dxa"/>
          </w:tcPr>
          <w:p w14:paraId="4113343C" w14:textId="77777777" w:rsidR="0080053F" w:rsidRDefault="004C3CAC">
            <w:r>
              <w:t>Voce</w:t>
            </w:r>
          </w:p>
        </w:tc>
        <w:tc>
          <w:tcPr>
            <w:tcW w:w="4435" w:type="dxa"/>
          </w:tcPr>
          <w:p w14:paraId="18C7BFD6" w14:textId="77777777" w:rsidR="0080053F" w:rsidRDefault="004C3CAC">
            <w:r>
              <w:t>Importo</w:t>
            </w:r>
          </w:p>
        </w:tc>
      </w:tr>
      <w:tr w:rsidR="0080053F" w14:paraId="38F23070" w14:textId="77777777" w:rsidTr="008F3ED3">
        <w:tc>
          <w:tcPr>
            <w:tcW w:w="4212" w:type="dxa"/>
          </w:tcPr>
          <w:p w14:paraId="0D3260BC" w14:textId="77777777" w:rsidR="0080053F" w:rsidRDefault="004C3CAC">
            <w:r>
              <w:t>Canone mensile supervisione backup</w:t>
            </w:r>
          </w:p>
        </w:tc>
        <w:tc>
          <w:tcPr>
            <w:tcW w:w="4435" w:type="dxa"/>
          </w:tcPr>
          <w:p w14:paraId="60B5C923" w14:textId="77777777" w:rsidR="0080053F" w:rsidRDefault="004C3CAC">
            <w:r>
              <w:t>€ __________</w:t>
            </w:r>
          </w:p>
        </w:tc>
      </w:tr>
    </w:tbl>
    <w:p w14:paraId="56F6929D" w14:textId="4FF0C97D" w:rsidR="0080053F" w:rsidRPr="009F535B" w:rsidRDefault="004C3CAC">
      <w:pPr>
        <w:rPr>
          <w:b/>
          <w:sz w:val="26"/>
          <w:lang w:val="it-IT"/>
        </w:rPr>
      </w:pPr>
      <w:r w:rsidRPr="009F535B">
        <w:rPr>
          <w:b/>
          <w:sz w:val="26"/>
          <w:lang w:val="it-IT"/>
        </w:rPr>
        <w:t>5. COMPETENZE TECNOLOGICHE E CERTIFICAZIONI</w:t>
      </w:r>
      <w:r w:rsidR="009F535B" w:rsidRPr="009F535B">
        <w:rPr>
          <w:b/>
          <w:sz w:val="26"/>
          <w:lang w:val="it-IT"/>
        </w:rPr>
        <w:t xml:space="preserve"> (o</w:t>
      </w:r>
      <w:r w:rsidR="009F535B">
        <w:rPr>
          <w:b/>
          <w:sz w:val="26"/>
          <w:lang w:val="it-IT"/>
        </w:rPr>
        <w:t>bbligatorie)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4253"/>
        <w:gridCol w:w="1417"/>
      </w:tblGrid>
      <w:tr w:rsidR="009F535B" w14:paraId="2EDAD1C7" w14:textId="77777777" w:rsidTr="009F535B">
        <w:tc>
          <w:tcPr>
            <w:tcW w:w="4253" w:type="dxa"/>
          </w:tcPr>
          <w:p w14:paraId="4C6375E3" w14:textId="77777777" w:rsidR="009F535B" w:rsidRDefault="009F535B">
            <w:proofErr w:type="spellStart"/>
            <w:r>
              <w:t>Tecnologia</w:t>
            </w:r>
            <w:proofErr w:type="spellEnd"/>
            <w:r>
              <w:t xml:space="preserve"> / </w:t>
            </w:r>
            <w:proofErr w:type="spellStart"/>
            <w:r>
              <w:t>Ambito</w:t>
            </w:r>
            <w:proofErr w:type="spellEnd"/>
          </w:p>
        </w:tc>
        <w:tc>
          <w:tcPr>
            <w:tcW w:w="1417" w:type="dxa"/>
          </w:tcPr>
          <w:p w14:paraId="1EAE720A" w14:textId="77777777" w:rsidR="009F535B" w:rsidRDefault="009F535B">
            <w:proofErr w:type="spellStart"/>
            <w:r>
              <w:t>Esperienza</w:t>
            </w:r>
            <w:proofErr w:type="spellEnd"/>
          </w:p>
        </w:tc>
      </w:tr>
      <w:tr w:rsidR="009F535B" w14:paraId="0D3DD7AD" w14:textId="77777777" w:rsidTr="009F535B">
        <w:tc>
          <w:tcPr>
            <w:tcW w:w="4253" w:type="dxa"/>
          </w:tcPr>
          <w:p w14:paraId="1BAE8E92" w14:textId="77777777" w:rsidR="009F535B" w:rsidRPr="008F3ED3" w:rsidRDefault="009F535B">
            <w:pPr>
              <w:rPr>
                <w:b/>
                <w:bCs/>
              </w:rPr>
            </w:pPr>
            <w:r w:rsidRPr="008F3ED3">
              <w:rPr>
                <w:b/>
                <w:bCs/>
              </w:rPr>
              <w:t>Microsoft Windows Server</w:t>
            </w:r>
          </w:p>
        </w:tc>
        <w:tc>
          <w:tcPr>
            <w:tcW w:w="1417" w:type="dxa"/>
          </w:tcPr>
          <w:p w14:paraId="12A03143" w14:textId="77777777" w:rsidR="009F535B" w:rsidRPr="008F3ED3" w:rsidRDefault="009F535B">
            <w:pPr>
              <w:rPr>
                <w:b/>
                <w:bCs/>
              </w:rPr>
            </w:pPr>
            <w:r w:rsidRPr="008F3ED3">
              <w:rPr>
                <w:b/>
                <w:bCs/>
              </w:rPr>
              <w:t>SI / NO</w:t>
            </w:r>
          </w:p>
        </w:tc>
      </w:tr>
      <w:tr w:rsidR="009F535B" w14:paraId="6B1D5187" w14:textId="77777777" w:rsidTr="009F535B">
        <w:tc>
          <w:tcPr>
            <w:tcW w:w="4253" w:type="dxa"/>
          </w:tcPr>
          <w:p w14:paraId="1887C6CA" w14:textId="77777777" w:rsidR="009F535B" w:rsidRPr="008F3ED3" w:rsidRDefault="009F535B">
            <w:pPr>
              <w:rPr>
                <w:b/>
                <w:bCs/>
              </w:rPr>
            </w:pPr>
            <w:r w:rsidRPr="008F3ED3">
              <w:rPr>
                <w:b/>
                <w:bCs/>
              </w:rPr>
              <w:t>Microsoft Active Directory</w:t>
            </w:r>
          </w:p>
        </w:tc>
        <w:tc>
          <w:tcPr>
            <w:tcW w:w="1417" w:type="dxa"/>
          </w:tcPr>
          <w:p w14:paraId="2BE1FD0A" w14:textId="77777777" w:rsidR="009F535B" w:rsidRPr="008F3ED3" w:rsidRDefault="009F535B">
            <w:pPr>
              <w:rPr>
                <w:b/>
                <w:bCs/>
              </w:rPr>
            </w:pPr>
            <w:r w:rsidRPr="008F3ED3">
              <w:rPr>
                <w:b/>
                <w:bCs/>
              </w:rPr>
              <w:t>SI / NO</w:t>
            </w:r>
          </w:p>
        </w:tc>
      </w:tr>
      <w:tr w:rsidR="009F535B" w14:paraId="01AE67A2" w14:textId="77777777" w:rsidTr="009F535B">
        <w:tc>
          <w:tcPr>
            <w:tcW w:w="4253" w:type="dxa"/>
          </w:tcPr>
          <w:p w14:paraId="5ECD9AFB" w14:textId="77777777" w:rsidR="009F535B" w:rsidRPr="008F3ED3" w:rsidRDefault="009F535B">
            <w:pPr>
              <w:rPr>
                <w:b/>
                <w:bCs/>
              </w:rPr>
            </w:pPr>
            <w:r w:rsidRPr="008F3ED3">
              <w:rPr>
                <w:b/>
                <w:bCs/>
              </w:rPr>
              <w:t>Microsoft File Server / Print Server</w:t>
            </w:r>
          </w:p>
        </w:tc>
        <w:tc>
          <w:tcPr>
            <w:tcW w:w="1417" w:type="dxa"/>
          </w:tcPr>
          <w:p w14:paraId="10BF819A" w14:textId="77777777" w:rsidR="009F535B" w:rsidRPr="008F3ED3" w:rsidRDefault="009F535B">
            <w:pPr>
              <w:rPr>
                <w:b/>
                <w:bCs/>
              </w:rPr>
            </w:pPr>
            <w:r w:rsidRPr="008F3ED3">
              <w:rPr>
                <w:b/>
                <w:bCs/>
              </w:rPr>
              <w:t>SI / NO</w:t>
            </w:r>
          </w:p>
        </w:tc>
      </w:tr>
      <w:tr w:rsidR="009F535B" w14:paraId="3FBA0861" w14:textId="77777777" w:rsidTr="009F535B">
        <w:tc>
          <w:tcPr>
            <w:tcW w:w="4253" w:type="dxa"/>
          </w:tcPr>
          <w:p w14:paraId="1ACA50E0" w14:textId="77777777" w:rsidR="009F535B" w:rsidRPr="008F3ED3" w:rsidRDefault="009F535B">
            <w:pPr>
              <w:rPr>
                <w:b/>
                <w:bCs/>
              </w:rPr>
            </w:pPr>
            <w:r w:rsidRPr="008F3ED3">
              <w:rPr>
                <w:b/>
                <w:bCs/>
              </w:rPr>
              <w:t>Microsoft 365</w:t>
            </w:r>
          </w:p>
        </w:tc>
        <w:tc>
          <w:tcPr>
            <w:tcW w:w="1417" w:type="dxa"/>
          </w:tcPr>
          <w:p w14:paraId="5E8D5C7F" w14:textId="77777777" w:rsidR="009F535B" w:rsidRPr="008F3ED3" w:rsidRDefault="009F535B">
            <w:pPr>
              <w:rPr>
                <w:b/>
                <w:bCs/>
              </w:rPr>
            </w:pPr>
            <w:r w:rsidRPr="008F3ED3">
              <w:rPr>
                <w:b/>
                <w:bCs/>
              </w:rPr>
              <w:t>SI / NO</w:t>
            </w:r>
          </w:p>
        </w:tc>
      </w:tr>
      <w:tr w:rsidR="009F535B" w14:paraId="33D5CCD4" w14:textId="77777777" w:rsidTr="009F535B">
        <w:tc>
          <w:tcPr>
            <w:tcW w:w="4253" w:type="dxa"/>
          </w:tcPr>
          <w:p w14:paraId="5EE03D37" w14:textId="77777777" w:rsidR="009F535B" w:rsidRPr="008F3ED3" w:rsidRDefault="009F535B">
            <w:pPr>
              <w:rPr>
                <w:b/>
                <w:bCs/>
              </w:rPr>
            </w:pPr>
            <w:r w:rsidRPr="008F3ED3">
              <w:rPr>
                <w:b/>
                <w:bCs/>
              </w:rPr>
              <w:t>Microsoft Exchange Online</w:t>
            </w:r>
          </w:p>
        </w:tc>
        <w:tc>
          <w:tcPr>
            <w:tcW w:w="1417" w:type="dxa"/>
          </w:tcPr>
          <w:p w14:paraId="5B9947DD" w14:textId="77777777" w:rsidR="009F535B" w:rsidRPr="008F3ED3" w:rsidRDefault="009F535B">
            <w:pPr>
              <w:rPr>
                <w:b/>
                <w:bCs/>
              </w:rPr>
            </w:pPr>
            <w:r w:rsidRPr="008F3ED3">
              <w:rPr>
                <w:b/>
                <w:bCs/>
              </w:rPr>
              <w:t>SI / NO</w:t>
            </w:r>
          </w:p>
        </w:tc>
      </w:tr>
      <w:tr w:rsidR="009F535B" w14:paraId="6690E58B" w14:textId="77777777" w:rsidTr="009F535B">
        <w:tc>
          <w:tcPr>
            <w:tcW w:w="4253" w:type="dxa"/>
          </w:tcPr>
          <w:p w14:paraId="2C1FC0A0" w14:textId="27CF7EA3" w:rsidR="009F535B" w:rsidRPr="008F3ED3" w:rsidRDefault="009F535B">
            <w:pPr>
              <w:rPr>
                <w:b/>
                <w:bCs/>
              </w:rPr>
            </w:pPr>
            <w:r w:rsidRPr="008F3ED3">
              <w:rPr>
                <w:b/>
                <w:bCs/>
              </w:rPr>
              <w:t>Microsoft SharePoint</w:t>
            </w:r>
          </w:p>
        </w:tc>
        <w:tc>
          <w:tcPr>
            <w:tcW w:w="1417" w:type="dxa"/>
          </w:tcPr>
          <w:p w14:paraId="592D8B45" w14:textId="77777777" w:rsidR="009F535B" w:rsidRPr="008F3ED3" w:rsidRDefault="009F535B">
            <w:pPr>
              <w:rPr>
                <w:b/>
                <w:bCs/>
              </w:rPr>
            </w:pPr>
            <w:r w:rsidRPr="008F3ED3">
              <w:rPr>
                <w:b/>
                <w:bCs/>
              </w:rPr>
              <w:t>SI / NO</w:t>
            </w:r>
          </w:p>
        </w:tc>
      </w:tr>
      <w:tr w:rsidR="009F535B" w14:paraId="5C2C1B6E" w14:textId="77777777" w:rsidTr="009F535B">
        <w:tc>
          <w:tcPr>
            <w:tcW w:w="4253" w:type="dxa"/>
          </w:tcPr>
          <w:p w14:paraId="5FC30386" w14:textId="6CD44E5F" w:rsidR="009F535B" w:rsidRPr="008F3ED3" w:rsidRDefault="009F535B">
            <w:pPr>
              <w:rPr>
                <w:b/>
                <w:bCs/>
              </w:rPr>
            </w:pPr>
            <w:r w:rsidRPr="008F3ED3">
              <w:rPr>
                <w:b/>
                <w:bCs/>
              </w:rPr>
              <w:t xml:space="preserve">Microsoft Teams </w:t>
            </w:r>
          </w:p>
        </w:tc>
        <w:tc>
          <w:tcPr>
            <w:tcW w:w="1417" w:type="dxa"/>
          </w:tcPr>
          <w:p w14:paraId="576B1973" w14:textId="77777777" w:rsidR="009F535B" w:rsidRPr="008F3ED3" w:rsidRDefault="009F535B">
            <w:pPr>
              <w:rPr>
                <w:b/>
                <w:bCs/>
              </w:rPr>
            </w:pPr>
            <w:r w:rsidRPr="008F3ED3">
              <w:rPr>
                <w:b/>
                <w:bCs/>
              </w:rPr>
              <w:t>SI / NO</w:t>
            </w:r>
          </w:p>
        </w:tc>
      </w:tr>
      <w:tr w:rsidR="009F535B" w14:paraId="63184905" w14:textId="77777777" w:rsidTr="009F535B">
        <w:tc>
          <w:tcPr>
            <w:tcW w:w="4253" w:type="dxa"/>
          </w:tcPr>
          <w:p w14:paraId="23254240" w14:textId="6988CCCC" w:rsidR="009F535B" w:rsidRPr="008F3ED3" w:rsidRDefault="009F535B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Commvault Backup</w:t>
            </w:r>
          </w:p>
        </w:tc>
        <w:tc>
          <w:tcPr>
            <w:tcW w:w="1417" w:type="dxa"/>
          </w:tcPr>
          <w:p w14:paraId="676B4B51" w14:textId="77777777" w:rsidR="009F535B" w:rsidRPr="008F3ED3" w:rsidRDefault="009F535B">
            <w:pPr>
              <w:rPr>
                <w:b/>
                <w:bCs/>
              </w:rPr>
            </w:pPr>
            <w:r w:rsidRPr="008F3ED3">
              <w:rPr>
                <w:b/>
                <w:bCs/>
              </w:rPr>
              <w:t>SI / NO</w:t>
            </w:r>
          </w:p>
        </w:tc>
      </w:tr>
      <w:tr w:rsidR="009F535B" w14:paraId="57F5A1AA" w14:textId="77777777" w:rsidTr="009F535B">
        <w:tc>
          <w:tcPr>
            <w:tcW w:w="4253" w:type="dxa"/>
          </w:tcPr>
          <w:p w14:paraId="35B62CF8" w14:textId="77777777" w:rsidR="009F535B" w:rsidRPr="008F3ED3" w:rsidRDefault="009F535B">
            <w:pPr>
              <w:rPr>
                <w:b/>
                <w:bCs/>
              </w:rPr>
            </w:pPr>
            <w:bookmarkStart w:id="0" w:name="_Hlk230082602"/>
            <w:r w:rsidRPr="008F3ED3">
              <w:rPr>
                <w:b/>
                <w:bCs/>
              </w:rPr>
              <w:t>VMware Virtualization</w:t>
            </w:r>
            <w:bookmarkEnd w:id="0"/>
          </w:p>
        </w:tc>
        <w:tc>
          <w:tcPr>
            <w:tcW w:w="1417" w:type="dxa"/>
          </w:tcPr>
          <w:p w14:paraId="28E7EC01" w14:textId="77777777" w:rsidR="009F535B" w:rsidRPr="008F3ED3" w:rsidRDefault="009F535B">
            <w:pPr>
              <w:rPr>
                <w:b/>
                <w:bCs/>
              </w:rPr>
            </w:pPr>
            <w:r w:rsidRPr="008F3ED3">
              <w:rPr>
                <w:b/>
                <w:bCs/>
              </w:rPr>
              <w:t>SI / NO</w:t>
            </w:r>
          </w:p>
        </w:tc>
      </w:tr>
      <w:tr w:rsidR="009F535B" w:rsidRPr="009F535B" w14:paraId="6F48A53B" w14:textId="77777777" w:rsidTr="009F535B">
        <w:trPr>
          <w:trHeight w:val="496"/>
        </w:trPr>
        <w:tc>
          <w:tcPr>
            <w:tcW w:w="4253" w:type="dxa"/>
          </w:tcPr>
          <w:p w14:paraId="0547E428" w14:textId="0CE5D0ED" w:rsidR="009F535B" w:rsidRPr="009F535B" w:rsidRDefault="009F535B" w:rsidP="009F535B">
            <w:pPr>
              <w:pStyle w:val="Compact"/>
              <w:jc w:val="both"/>
              <w:rPr>
                <w:i/>
                <w:iCs/>
                <w:sz w:val="20"/>
                <w:szCs w:val="20"/>
                <w:lang w:val="it-IT"/>
              </w:rPr>
            </w:pPr>
            <w:r w:rsidRPr="009F535B">
              <w:rPr>
                <w:rFonts w:ascii="Calibri" w:eastAsiaTheme="minorEastAsia" w:hAnsi="Calibri"/>
                <w:b/>
                <w:bCs/>
                <w:sz w:val="22"/>
                <w:szCs w:val="22"/>
                <w:lang w:val="it-IT"/>
              </w:rPr>
              <w:t>Gestione Networking Enterprise e Multi-Sede con MPLS</w:t>
            </w:r>
          </w:p>
        </w:tc>
        <w:tc>
          <w:tcPr>
            <w:tcW w:w="1417" w:type="dxa"/>
          </w:tcPr>
          <w:p w14:paraId="32088D80" w14:textId="1A6CCBC6" w:rsidR="009F535B" w:rsidRPr="009F535B" w:rsidRDefault="009F535B">
            <w:pPr>
              <w:rPr>
                <w:i/>
                <w:iCs/>
                <w:sz w:val="20"/>
                <w:szCs w:val="20"/>
                <w:lang w:val="it-IT"/>
              </w:rPr>
            </w:pPr>
            <w:r w:rsidRPr="008F3ED3">
              <w:rPr>
                <w:b/>
                <w:bCs/>
              </w:rPr>
              <w:t>SI / NO</w:t>
            </w:r>
          </w:p>
        </w:tc>
      </w:tr>
    </w:tbl>
    <w:p w14:paraId="20CB0D51" w14:textId="77777777" w:rsidR="009F535B" w:rsidRDefault="009F535B">
      <w:pPr>
        <w:rPr>
          <w:b/>
          <w:sz w:val="26"/>
        </w:rPr>
      </w:pPr>
    </w:p>
    <w:p w14:paraId="18302AB7" w14:textId="678CD4C2" w:rsidR="0080053F" w:rsidRDefault="004C3CAC">
      <w:pPr>
        <w:rPr>
          <w:b/>
          <w:sz w:val="26"/>
        </w:rPr>
      </w:pPr>
      <w:r>
        <w:rPr>
          <w:b/>
          <w:sz w:val="26"/>
        </w:rPr>
        <w:t>6. ESPERIENZE PREGRESSE</w:t>
      </w:r>
    </w:p>
    <w:p w14:paraId="3EA4E44E" w14:textId="76454C0A" w:rsidR="009F535B" w:rsidRPr="009F535B" w:rsidRDefault="009F535B" w:rsidP="009F535B">
      <w:pPr>
        <w:pStyle w:val="FirstParagraph"/>
        <w:jc w:val="both"/>
        <w:rPr>
          <w:lang w:val="it-IT"/>
        </w:rPr>
      </w:pPr>
      <w:r w:rsidRPr="00C46885">
        <w:rPr>
          <w:sz w:val="22"/>
          <w:szCs w:val="22"/>
          <w:lang w:val="it-IT"/>
        </w:rPr>
        <w:t xml:space="preserve">Dovranno essere indicate almeno 2 esperienze pluriennali della durata minima di </w:t>
      </w:r>
      <w:r>
        <w:rPr>
          <w:sz w:val="22"/>
          <w:szCs w:val="22"/>
          <w:lang w:val="it-IT"/>
        </w:rPr>
        <w:t>12</w:t>
      </w:r>
      <w:r w:rsidRPr="00C46885">
        <w:rPr>
          <w:sz w:val="22"/>
          <w:szCs w:val="22"/>
          <w:lang w:val="it-IT"/>
        </w:rPr>
        <w:t xml:space="preserve"> mesi relative a supporto IT presso aziende con almeno 100 postazioni.</w:t>
      </w:r>
      <w:r>
        <w:rPr>
          <w:sz w:val="22"/>
          <w:szCs w:val="22"/>
          <w:lang w:val="it-IT"/>
        </w:rPr>
        <w:t xml:space="preserve"> </w:t>
      </w:r>
      <w:r w:rsidRPr="00C46885">
        <w:rPr>
          <w:sz w:val="22"/>
          <w:szCs w:val="22"/>
          <w:lang w:val="it-IT"/>
        </w:rPr>
        <w:t>Le attività dovranno comprendere supporto infrastrutturale sistemistico, gestione server e supporto desktop.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2038"/>
        <w:gridCol w:w="2146"/>
        <w:gridCol w:w="2148"/>
        <w:gridCol w:w="3522"/>
      </w:tblGrid>
      <w:tr w:rsidR="0080053F" w14:paraId="15116E46" w14:textId="77777777" w:rsidTr="008F3ED3">
        <w:tc>
          <w:tcPr>
            <w:tcW w:w="2052" w:type="dxa"/>
          </w:tcPr>
          <w:p w14:paraId="0AE37A3D" w14:textId="77777777" w:rsidR="0080053F" w:rsidRDefault="004C3CAC">
            <w:proofErr w:type="spellStart"/>
            <w:r>
              <w:t>Cliente</w:t>
            </w:r>
            <w:proofErr w:type="spellEnd"/>
          </w:p>
        </w:tc>
        <w:tc>
          <w:tcPr>
            <w:tcW w:w="2160" w:type="dxa"/>
          </w:tcPr>
          <w:p w14:paraId="53D51BC6" w14:textId="77777777" w:rsidR="0080053F" w:rsidRDefault="004C3CAC">
            <w:r>
              <w:t>Periodo</w:t>
            </w:r>
          </w:p>
        </w:tc>
        <w:tc>
          <w:tcPr>
            <w:tcW w:w="2160" w:type="dxa"/>
          </w:tcPr>
          <w:p w14:paraId="31975BD0" w14:textId="77777777" w:rsidR="0080053F" w:rsidRDefault="004C3CAC">
            <w:r>
              <w:t>Numero Postazioni</w:t>
            </w:r>
          </w:p>
        </w:tc>
        <w:tc>
          <w:tcPr>
            <w:tcW w:w="3551" w:type="dxa"/>
          </w:tcPr>
          <w:p w14:paraId="16AA0F16" w14:textId="77777777" w:rsidR="0080053F" w:rsidRDefault="004C3CAC">
            <w:r>
              <w:t>Attività Principali</w:t>
            </w:r>
          </w:p>
        </w:tc>
      </w:tr>
      <w:tr w:rsidR="0080053F" w14:paraId="1DC46B57" w14:textId="77777777" w:rsidTr="008F3ED3">
        <w:tc>
          <w:tcPr>
            <w:tcW w:w="2052" w:type="dxa"/>
          </w:tcPr>
          <w:p w14:paraId="58C03E82" w14:textId="77777777" w:rsidR="0080053F" w:rsidRDefault="0080053F"/>
        </w:tc>
        <w:tc>
          <w:tcPr>
            <w:tcW w:w="2160" w:type="dxa"/>
          </w:tcPr>
          <w:p w14:paraId="622ADB37" w14:textId="77777777" w:rsidR="0080053F" w:rsidRDefault="0080053F"/>
        </w:tc>
        <w:tc>
          <w:tcPr>
            <w:tcW w:w="2160" w:type="dxa"/>
          </w:tcPr>
          <w:p w14:paraId="2128AC97" w14:textId="77777777" w:rsidR="0080053F" w:rsidRDefault="0080053F"/>
        </w:tc>
        <w:tc>
          <w:tcPr>
            <w:tcW w:w="3551" w:type="dxa"/>
          </w:tcPr>
          <w:p w14:paraId="3071EE01" w14:textId="77777777" w:rsidR="0080053F" w:rsidRDefault="0080053F"/>
        </w:tc>
      </w:tr>
      <w:tr w:rsidR="0080053F" w14:paraId="3C7A8D95" w14:textId="77777777" w:rsidTr="008F3ED3">
        <w:tc>
          <w:tcPr>
            <w:tcW w:w="2052" w:type="dxa"/>
          </w:tcPr>
          <w:p w14:paraId="1356AD51" w14:textId="77777777" w:rsidR="0080053F" w:rsidRDefault="0080053F"/>
        </w:tc>
        <w:tc>
          <w:tcPr>
            <w:tcW w:w="2160" w:type="dxa"/>
          </w:tcPr>
          <w:p w14:paraId="7F43C58D" w14:textId="77777777" w:rsidR="0080053F" w:rsidRDefault="0080053F"/>
        </w:tc>
        <w:tc>
          <w:tcPr>
            <w:tcW w:w="2160" w:type="dxa"/>
          </w:tcPr>
          <w:p w14:paraId="65FEBD36" w14:textId="77777777" w:rsidR="0080053F" w:rsidRDefault="0080053F"/>
        </w:tc>
        <w:tc>
          <w:tcPr>
            <w:tcW w:w="3551" w:type="dxa"/>
          </w:tcPr>
          <w:p w14:paraId="78ADBEB8" w14:textId="77777777" w:rsidR="0080053F" w:rsidRDefault="0080053F"/>
        </w:tc>
      </w:tr>
      <w:tr w:rsidR="0080053F" w14:paraId="3D8C272B" w14:textId="77777777" w:rsidTr="008F3ED3">
        <w:tc>
          <w:tcPr>
            <w:tcW w:w="2052" w:type="dxa"/>
          </w:tcPr>
          <w:p w14:paraId="449666F8" w14:textId="77777777" w:rsidR="0080053F" w:rsidRDefault="0080053F"/>
        </w:tc>
        <w:tc>
          <w:tcPr>
            <w:tcW w:w="2160" w:type="dxa"/>
          </w:tcPr>
          <w:p w14:paraId="58F909C4" w14:textId="77777777" w:rsidR="0080053F" w:rsidRDefault="0080053F"/>
        </w:tc>
        <w:tc>
          <w:tcPr>
            <w:tcW w:w="2160" w:type="dxa"/>
          </w:tcPr>
          <w:p w14:paraId="64F87D97" w14:textId="77777777" w:rsidR="0080053F" w:rsidRDefault="0080053F"/>
        </w:tc>
        <w:tc>
          <w:tcPr>
            <w:tcW w:w="3551" w:type="dxa"/>
          </w:tcPr>
          <w:p w14:paraId="2BF6FE72" w14:textId="77777777" w:rsidR="0080053F" w:rsidRDefault="0080053F"/>
        </w:tc>
      </w:tr>
    </w:tbl>
    <w:p w14:paraId="44C76899" w14:textId="77777777" w:rsidR="0080053F" w:rsidRDefault="004C3CAC">
      <w:r>
        <w:rPr>
          <w:b/>
          <w:sz w:val="26"/>
        </w:rPr>
        <w:t>7. AUTODICHIARAZIONE REQUISITI</w:t>
      </w:r>
    </w:p>
    <w:p w14:paraId="31049677" w14:textId="77777777" w:rsidR="0080053F" w:rsidRPr="004C3CAC" w:rsidRDefault="004C3CAC" w:rsidP="004C3CAC">
      <w:pPr>
        <w:spacing w:line="240" w:lineRule="auto"/>
        <w:rPr>
          <w:lang w:val="it-IT"/>
        </w:rPr>
      </w:pPr>
      <w:r w:rsidRPr="004C3CAC">
        <w:rPr>
          <w:lang w:val="it-IT"/>
        </w:rPr>
        <w:t>Il sottoscritto dichiara sotto la propria responsabilità il possesso dei requisiti richiesti dalla documentazione SEAB.</w:t>
      </w:r>
    </w:p>
    <w:p w14:paraId="4BBAC665" w14:textId="6CE1417D" w:rsidR="0080053F" w:rsidRPr="004C3CAC" w:rsidRDefault="004C3CAC" w:rsidP="004C3CAC">
      <w:pPr>
        <w:spacing w:line="240" w:lineRule="auto"/>
        <w:rPr>
          <w:lang w:val="it-IT"/>
        </w:rPr>
      </w:pPr>
      <w:r w:rsidRPr="004C3CAC">
        <w:rPr>
          <w:lang w:val="it-IT"/>
        </w:rPr>
        <w:t xml:space="preserve">☐ Distanza </w:t>
      </w:r>
      <w:r w:rsidR="009F535B" w:rsidRPr="00C46885">
        <w:rPr>
          <w:lang w:val="it-IT"/>
        </w:rPr>
        <w:t xml:space="preserve">sede operativa abituale presso cui operino stabilmente almeno </w:t>
      </w:r>
      <w:r w:rsidR="009F535B">
        <w:rPr>
          <w:lang w:val="it-IT"/>
        </w:rPr>
        <w:t>10 collaboratori</w:t>
      </w:r>
      <w:r w:rsidR="009F535B" w:rsidRPr="00C46885">
        <w:rPr>
          <w:lang w:val="it-IT"/>
        </w:rPr>
        <w:t xml:space="preserve"> specialisti IT</w:t>
      </w:r>
      <w:r w:rsidR="009F535B">
        <w:rPr>
          <w:lang w:val="it-IT"/>
        </w:rPr>
        <w:t xml:space="preserve"> dalla sede </w:t>
      </w:r>
      <w:r w:rsidRPr="004C3CAC">
        <w:rPr>
          <w:lang w:val="it-IT"/>
        </w:rPr>
        <w:t>SEAB inferiore</w:t>
      </w:r>
      <w:r w:rsidR="009F535B">
        <w:rPr>
          <w:lang w:val="it-IT"/>
        </w:rPr>
        <w:t xml:space="preserve"> uguale</w:t>
      </w:r>
      <w:r w:rsidRPr="004C3CAC">
        <w:rPr>
          <w:lang w:val="it-IT"/>
        </w:rPr>
        <w:t xml:space="preserve"> a 60 minuti</w:t>
      </w:r>
      <w:r w:rsidR="007A6F54">
        <w:rPr>
          <w:lang w:val="it-IT"/>
        </w:rPr>
        <w:t xml:space="preserve"> (</w:t>
      </w:r>
      <w:r w:rsidR="009F535B" w:rsidRPr="00C46885">
        <w:rPr>
          <w:lang w:val="it-IT"/>
        </w:rPr>
        <w:t>calcolati tramite Google Maps in condizioni ordinarie di traffico</w:t>
      </w:r>
      <w:r w:rsidR="007A6F54">
        <w:rPr>
          <w:lang w:val="it-IT"/>
        </w:rPr>
        <w:t>)</w:t>
      </w:r>
    </w:p>
    <w:p w14:paraId="5759DBC5" w14:textId="226ACE7E" w:rsidR="0080053F" w:rsidRPr="004C3CAC" w:rsidRDefault="004C3CAC" w:rsidP="009F535B">
      <w:pPr>
        <w:spacing w:line="240" w:lineRule="auto"/>
        <w:rPr>
          <w:lang w:val="it-IT"/>
        </w:rPr>
      </w:pPr>
      <w:r w:rsidRPr="004C3CAC">
        <w:rPr>
          <w:lang w:val="it-IT"/>
        </w:rPr>
        <w:t xml:space="preserve">☐ </w:t>
      </w:r>
      <w:r w:rsidR="009F535B">
        <w:rPr>
          <w:lang w:val="it-IT"/>
        </w:rPr>
        <w:t xml:space="preserve">  </w:t>
      </w:r>
      <w:r w:rsidR="009F535B" w:rsidRPr="009F535B">
        <w:rPr>
          <w:lang w:val="it-IT"/>
        </w:rPr>
        <w:t>Composizione minima aziendale</w:t>
      </w:r>
      <w:r w:rsidR="009F535B">
        <w:rPr>
          <w:lang w:val="it-IT"/>
        </w:rPr>
        <w:t xml:space="preserve"> con esperienza richiesta(</w:t>
      </w:r>
      <w:r w:rsidR="009F535B" w:rsidRPr="009F535B">
        <w:rPr>
          <w:lang w:val="it-IT"/>
        </w:rPr>
        <w:t xml:space="preserve">almeno 5 specialisti IT con esperienza minima di 6 </w:t>
      </w:r>
      <w:r w:rsidR="001A10CE" w:rsidRPr="009F535B">
        <w:rPr>
          <w:lang w:val="it-IT"/>
        </w:rPr>
        <w:t>anni; almeno</w:t>
      </w:r>
      <w:r w:rsidR="009F535B" w:rsidRPr="009F535B">
        <w:rPr>
          <w:lang w:val="it-IT"/>
        </w:rPr>
        <w:t xml:space="preserve"> 5 operatori helpdesk primo livello con esperienza minima di 3 </w:t>
      </w:r>
      <w:r w:rsidR="001A10CE" w:rsidRPr="009F535B">
        <w:rPr>
          <w:lang w:val="it-IT"/>
        </w:rPr>
        <w:t>anni; sistema</w:t>
      </w:r>
      <w:r w:rsidR="009F535B" w:rsidRPr="009F535B">
        <w:rPr>
          <w:lang w:val="it-IT"/>
        </w:rPr>
        <w:t xml:space="preserve"> ticketing strutturato</w:t>
      </w:r>
      <w:r w:rsidR="009F535B">
        <w:rPr>
          <w:lang w:val="it-IT"/>
        </w:rPr>
        <w:t>)</w:t>
      </w:r>
    </w:p>
    <w:p w14:paraId="14DC9D33" w14:textId="77777777" w:rsidR="0080053F" w:rsidRPr="004C3CAC" w:rsidRDefault="004C3CAC" w:rsidP="004C3CAC">
      <w:pPr>
        <w:spacing w:line="240" w:lineRule="auto"/>
        <w:rPr>
          <w:lang w:val="it-IT"/>
        </w:rPr>
      </w:pPr>
      <w:r w:rsidRPr="004C3CAC">
        <w:rPr>
          <w:lang w:val="it-IT"/>
        </w:rPr>
        <w:t>☐ Esperienze pregresse richieste</w:t>
      </w:r>
    </w:p>
    <w:p w14:paraId="6E87584F" w14:textId="75F9F156" w:rsidR="0080053F" w:rsidRDefault="004C3CAC" w:rsidP="004C3CAC">
      <w:pPr>
        <w:spacing w:line="240" w:lineRule="auto"/>
        <w:rPr>
          <w:lang w:val="it-IT"/>
        </w:rPr>
      </w:pPr>
      <w:r w:rsidRPr="004C3CAC">
        <w:rPr>
          <w:lang w:val="it-IT"/>
        </w:rPr>
        <w:t xml:space="preserve">☐ </w:t>
      </w:r>
      <w:r w:rsidR="009F535B">
        <w:rPr>
          <w:lang w:val="it-IT"/>
        </w:rPr>
        <w:t>Veridicità dei dati inseriti nella presente scheda</w:t>
      </w:r>
    </w:p>
    <w:p w14:paraId="50B887F0" w14:textId="21CADD07" w:rsidR="009F535B" w:rsidRPr="004C3CAC" w:rsidRDefault="009F535B" w:rsidP="004C3CAC">
      <w:pPr>
        <w:spacing w:line="240" w:lineRule="auto"/>
        <w:rPr>
          <w:lang w:val="it-IT"/>
        </w:rPr>
      </w:pPr>
      <w:r w:rsidRPr="00C46885">
        <w:rPr>
          <w:lang w:val="it-IT"/>
        </w:rPr>
        <w:t>SEAB si riserva la facoltà di richiedere documentazione a comprova</w:t>
      </w:r>
      <w:r>
        <w:rPr>
          <w:lang w:val="it-IT"/>
        </w:rPr>
        <w:t xml:space="preserve"> di dichiarazioni fatte nella presente scheda di </w:t>
      </w:r>
      <w:r w:rsidR="001A10CE">
        <w:rPr>
          <w:lang w:val="it-IT"/>
        </w:rPr>
        <w:t>preventivo</w:t>
      </w:r>
      <w:r>
        <w:rPr>
          <w:lang w:val="it-IT"/>
        </w:rPr>
        <w:t>.</w:t>
      </w:r>
    </w:p>
    <w:p w14:paraId="5953C409" w14:textId="3258ACD0" w:rsidR="0080053F" w:rsidRPr="004C3CAC" w:rsidRDefault="004C3CAC">
      <w:pPr>
        <w:rPr>
          <w:lang w:val="it-IT"/>
        </w:rPr>
      </w:pPr>
      <w:r w:rsidRPr="004C3CAC">
        <w:rPr>
          <w:lang w:val="it-IT"/>
        </w:rPr>
        <w:br/>
        <w:t xml:space="preserve">Firma </w:t>
      </w:r>
      <w:r w:rsidRPr="004C3CAC">
        <w:rPr>
          <w:lang w:val="it-IT"/>
        </w:rPr>
        <w:br/>
      </w:r>
      <w:r w:rsidRPr="004C3CAC">
        <w:rPr>
          <w:lang w:val="it-IT"/>
        </w:rPr>
        <w:br/>
        <w:t>_____________________________________</w:t>
      </w:r>
    </w:p>
    <w:sectPr w:rsidR="0080053F" w:rsidRPr="004C3CAC" w:rsidSect="008F3ED3">
      <w:pgSz w:w="12240" w:h="15840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A991"/>
    <w:multiLevelType w:val="multilevel"/>
    <w:tmpl w:val="CE74E634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83958989">
    <w:abstractNumId w:val="8"/>
  </w:num>
  <w:num w:numId="2" w16cid:durableId="1750076773">
    <w:abstractNumId w:val="6"/>
  </w:num>
  <w:num w:numId="3" w16cid:durableId="587229589">
    <w:abstractNumId w:val="5"/>
  </w:num>
  <w:num w:numId="4" w16cid:durableId="444078383">
    <w:abstractNumId w:val="4"/>
  </w:num>
  <w:num w:numId="5" w16cid:durableId="970749311">
    <w:abstractNumId w:val="7"/>
  </w:num>
  <w:num w:numId="6" w16cid:durableId="389111955">
    <w:abstractNumId w:val="3"/>
  </w:num>
  <w:num w:numId="7" w16cid:durableId="745803582">
    <w:abstractNumId w:val="2"/>
  </w:num>
  <w:num w:numId="8" w16cid:durableId="1038895264">
    <w:abstractNumId w:val="1"/>
  </w:num>
  <w:num w:numId="9" w16cid:durableId="717320213">
    <w:abstractNumId w:val="0"/>
  </w:num>
  <w:num w:numId="10" w16cid:durableId="5646053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A10CE"/>
    <w:rsid w:val="0029639D"/>
    <w:rsid w:val="00326F90"/>
    <w:rsid w:val="00364A57"/>
    <w:rsid w:val="004C3CAC"/>
    <w:rsid w:val="00540B4F"/>
    <w:rsid w:val="005A5F24"/>
    <w:rsid w:val="00764343"/>
    <w:rsid w:val="007A6F54"/>
    <w:rsid w:val="0080053F"/>
    <w:rsid w:val="00875058"/>
    <w:rsid w:val="008F3ED3"/>
    <w:rsid w:val="009F535B"/>
    <w:rsid w:val="00AA1D8D"/>
    <w:rsid w:val="00B47730"/>
    <w:rsid w:val="00CB0664"/>
    <w:rsid w:val="00E32D1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3A67C4"/>
  <w14:defaultImageDpi w14:val="300"/>
  <w15:docId w15:val="{E67EC5C8-0F60-445D-A63E-B7D47C063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Calibri" w:hAnsi="Calibri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mpact">
    <w:name w:val="Compact"/>
    <w:basedOn w:val="Corpotesto"/>
    <w:qFormat/>
    <w:rsid w:val="009F535B"/>
    <w:pPr>
      <w:spacing w:before="36" w:after="36" w:line="240" w:lineRule="auto"/>
    </w:pPr>
    <w:rPr>
      <w:rFonts w:asciiTheme="minorHAnsi" w:eastAsiaTheme="minorHAnsi" w:hAnsiTheme="minorHAnsi"/>
      <w:sz w:val="24"/>
      <w:szCs w:val="24"/>
    </w:rPr>
  </w:style>
  <w:style w:type="paragraph" w:customStyle="1" w:styleId="FirstParagraph">
    <w:name w:val="First Paragraph"/>
    <w:basedOn w:val="Corpotesto"/>
    <w:next w:val="Corpotesto"/>
    <w:qFormat/>
    <w:rsid w:val="009F535B"/>
    <w:pPr>
      <w:spacing w:before="180" w:after="180" w:line="240" w:lineRule="auto"/>
    </w:pPr>
    <w:rPr>
      <w:rFonts w:asciiTheme="minorHAnsi" w:eastAsiaTheme="minorHAnsi" w:hAnsi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658</Words>
  <Characters>3755</Characters>
  <Application>Microsoft Office Word</Application>
  <DocSecurity>4</DocSecurity>
  <Lines>31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4405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Oriana Isetta</cp:lastModifiedBy>
  <cp:revision>2</cp:revision>
  <dcterms:created xsi:type="dcterms:W3CDTF">2026-05-27T10:34:00Z</dcterms:created>
  <dcterms:modified xsi:type="dcterms:W3CDTF">2026-05-27T10:34:00Z</dcterms:modified>
  <cp:category/>
</cp:coreProperties>
</file>